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מרכז העולים שלי – כל החומרים לעולים במקום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 העולים שלי - מכירים את האתר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הקטגוריות השונות במרכז העולים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אתרים לפי מטרתם ותוכנם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חיפוש וסינון מידע בתוך מאגר אתרים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קישוט וכיתה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מסע הסיגד הסיפור של אלמז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כפתור דפי הדפסה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מופיעים שם שלושה אתרים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שתי 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בתיאור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בתיאור האתר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אתר לקטגוריה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(קישוט וכיתה)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(שיח ואוצר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(בגרות לעולים)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(חגים ומורשת)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(למורה)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חג הסיגד מסע של כיסופים כי יש בו מפת מסע וחידון שמעניינים 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מעשית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יבדוק את הכוכב לד ליד קטגוריית קריאה ושטף, יבחר אתר עם מסלול עולים וניקוד, ויבחר רמה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קטגוריה שמופיעה בעמוד נחשבת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מסלול מיוחד לעולים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אתר מהרשימה בקטגוריה זו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העמוד על המסך לפני מילוי הדף כדי שהתלמידים יראו את 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לזוגות כדי לחפש תשובות יחד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לתת לתלמידים להוסיף אתר נוסף משלהם מתוך העמוד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מרכז העולים שלי – כל החומרים לעולים במקום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 העולים שלי - מכירים את האתר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מרכז העולים שלי הוא עמוד שמרכז אתרי למידה לעולים חדשים - יחידות עם ניקוד והקראה, משחקים, הכנה לבגרות, חגים וחוסן. בדף הזה נתרגל להכיר את הקטגוריות והאתרים השונים.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אתרים מופיעים בקטגוריה קריאה ושטף?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קטגוריה נמצא האתר קישוט כיתת 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קישוט וכיתה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חגים ומורשת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סמל מסמן אתרים עם מסלול מיוחד לעולים?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🔴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🔵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אתרים מופיעים תחת הקטגוריה אתרים עם מסלול 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אתר חדש מספר על חג הסיגד דרך סיפור מצויר?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 הסיגד הסיפור של אלמז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חידות לחג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הסיגד פעילויות וקישוט קיר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שבעה מסעות בית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מופיע ליד אתרים שיש להם חומר להדפסה?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כפתור דפי 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כפתור חיפוש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כפתור 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כפתור חוסן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המשפחה שלי יש משימות למתחילים ולביניים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קטגוריית בגרות לעולים כוללת שלושה אתרים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עיתון קל מציע רק רמת קושי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כפר העברית כולל שמונה משחקים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פינת לאום שלנו עוסקת בסמלי המדינה ובמוסדות השלטון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באתר __________ בקריאה יש הקשבה עם הדגשת מילים וקריאת הד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אתר כתבה ב__________ מציע מסגרת משימות קבועה לכל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בקטגוריית __________ ושייכות נמצא האתר הפאזל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אתר מילות __________ מי מה איפה כולל מצגת וכרטיסיות מסתובבות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במרכז העולים שלי אפשר לחפש אתרים לפי __________ ולסנן לפי 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אתר לקטגוריה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חוקרים מדע אנרגיה ויצורים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חגים ומורשת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לומדים עברית בשירים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קישוט וכיתה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הכנה לבגרות בלשון לעולים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שבוע העליות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שיח ואוצר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מגילון חי מילון כיתתי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בגרות לעולים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שם של אתר אחד מתוך הקטגוריה חגים ומורשת ונמקו למה הייתם בוחרים בו לשיעור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מעשית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כיצד מורה יכול להשתמש במרכז העולים שלי כדי למצוא חומר מתאים לתלמיד עולה חדש שמתקשה בקריאה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קטגוריה אחת במרכז העולים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מסמן הסמל 🟢 ליד אתר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אתר אחד מהקטגוריה קריאה ושטף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 העולים שלי - מכירים את האתר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