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מרכז העולים שלי – כל החומרים לעולים במקום אחד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מרכז העולים שלי - מכירים את האתר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הקטגוריות השונות במרכז העולים שלי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אתרים לפי מטרתם ותוכנם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חיפוש וסינון מידע בתוך מאגר אתרים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7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קישוט וכיתה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11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מסע הסיגד הסיפור של אלמז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כפתור דפי הדפסה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בתיאור האתר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מופיעים שם שלושה אתרים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יש שתי רמות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כתוב בתיאור האתר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כתוב בתיאור האתר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שם האתר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שבוע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חוסן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מילה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אתר לקטגוריה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(קישוט וכיתה)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(שיח ואוצר מילים)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(בגרות לעולים)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(חגים ומורשת)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(למורה)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למשל חג הסיגד מסע של כיסופים כי יש בו מפת מסע וחידון שמעניינים תלמידים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מעשית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יבדוק את הכוכב לד ליד קטגוריית קריאה ושטף, יבחר אתר עם מסלול עולים וניקוד, ויבחר רמה מתאימה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קטגוריה שמופיעה בעמוד נחשבת תשובה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מסלול מיוחד לעולים חדשים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אתר מהרשימה בקטגוריה זו תקין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העמוד על המסך לפני מילוי הדף כדי שהתלמידים יראו את הקטגוריות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לחלק את התלמידים לזוגות כדי לחפש תשובות יחד בעמוד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ההתאמה אפשר לתת לתלמידים להוסיף אתר נוסף משלהם מתוך העמוד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מרכז העולים שלי – כל החומרים לעולים במקום אחד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מרכז העולים שלי - מכירים את האתר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יש עמוד אחד עם הרבה אתרים לעולים חדשים. בכל אתר יש משהו אחר - קריאה, משחקים, שירים. בדף הזה נלמד להכיר את העמוד הזה.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עולים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אנשים שעברו לגור בארץ חדשה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אולפן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שבו לומדים עברית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ניקוד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סימנים קטנים מעל ומתחת לאותיות שעוזרים לקרוא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הקראה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מישהו קורא את המילים בקול בשביל העוזר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מסלול עולים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דרך למידה מיוחדת ומותאמת לעולים חדשים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עברית קלה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עברית עם מילים פשוטות ומשפטים קצרים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בגרות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מבחן גמר שתלמידים כותבים בתיכון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דפי הדפסה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דפים שאפשר להדפיס ולתת לתלמידים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אתרים יש בקטגוריית קריאה ושטף?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איפה נמצא האתר קישוט כיתת עולים?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משחקים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קישוט וכיתה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חגים ומורשת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צבע מסמן מסלול עולים?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🔴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🔵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אתרים יש בקטגוריית מסלול עולים?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איזה אתר חדש הוא ספר מצויר על חג הסיגד?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מסע הסיגד הסיפור של אלמז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חידות לחג הסיגד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חג הסיגד פעילויות וקישוט קיר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שבעה מסעות בית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איזה סימן מראה שיש דפים להדפסה?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כפתור דפי הדפסה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כפתור חיפוש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כפתור בגרות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כפתור חוסן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באתר המשפחה שלי יש משימות למתחילים ולביניים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קטגוריית בגרות לעולים כוללת שלושה אתרים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עיתון קל מציע רק רמת קושי אחת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כפר העברית כולל שמונה משחקים שונים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פינת לאום שלנו עוסקת בסמלי המדינה ובמוסדות השלטון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שם האתר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באתר __________ בקריאה יש הקשבה עם הדגשת מילים וקריאת הד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אתר כתבה ב__________ מציע מסגרת משימות קבועה לכל כתבה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בקטגוריית __________ ושייכות נמצא האתר הפאזל הכיתתי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אתר מילות __________ מי מה איפה כולל מצגת וכרטיסיות מסתובבות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במרכז העולים שלי אפשר לחפש אתרים לפי __________ ולסנן לפי נושא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אתר לקטגוריה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חוקרים מדע אנרגיה ויצורים חיים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חגים ומורשת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לומדים עברית בשירים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למורה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הכנה לבגרות בלשון לעולים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שיח ואוצר מילים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שבוע העליות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בגרות לעולים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מגילון חי מילון כיתתי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קישוט וכיתה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והבנה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שם של אתר אחד מתוך הקטגוריה חגים ומורשת ונמקו למה הייתם בוחרים בו לשיעור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חשיבה מעשית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תארו כיצד מורה יכול להשתמש במרכז העולים שלי כדי למצוא חומר מתאים לתלמיד עולה חדש שמתקשה בקריאה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שם של קטגוריה אחת במרכז העולים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מסמן הסמל 🟢 ליד אתר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שם של אתר אחד מהקטגוריה קריאה ושטף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מרכז העולים שלי - מכירים את האתר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