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במרכז העולים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אתרים לפי מטרתם ותוכנם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וסינון מידע בתוך מאגר אתרים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קישוט וכיתה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שתי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אתר לקטגוריה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(קישוט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(שיח ואוצר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(חגים ומורשת)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חג הסיגד מסע של כיסופים כי יש בו מפת מסע וחידון שמעניינים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קטגוריה שמופיעה בעמוד נחשבת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מיוחד 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אתר מהרשימה בקטגוריה זו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העמוד על המסך לפני מילוי הדף כדי שהתלמידים יראו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כדי לחפש תשובות יחד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להוסיף אתר נוסף משלהם מתוך העמוד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 העולים שלי - מכירים את האתר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מרכז העולים שלי הוא עמוד שמרכז אתרי למידה לעולים חדשים - יחידות עם ניקוד והקראה, משחקים, הכנה לבגרות, חגים וחוסן. בדף הזה נתרגל להכיר את הקטגוריות והאתרים השונים.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חוסן  ·  עולים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אתרים מופיעים בקטגוריה קריאה ושטף?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קטגוריה נמצא האתר קישוט כיתת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קישוט וכיתה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חגים ומורשת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המשפחה שלי יש משימות למתחילים ולביניים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עיתון קל מציע רק רמת קושי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באתר __________ בקריאה יש הקשבה עם הדגשת מילים וקריאת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בקטגוריית __________ ושייכות נמצא האתר הפאזל הכיתתי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אתר לקטגוריה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חוקרים מדע אנרגיה ויצורים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 ואוצר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לומדים עברית בשירים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חגים ומורשת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שבוע העליות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קישוט וכיתה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אתר אחד מתוך הקטגוריה חגים ומורשת ונמקו למה הייתם בוחרים בו לשיעור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קטגוריה אחת במרכז העולים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מסמן הסמל 🟢 ליד 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 העולים שלי - מכירים את האתר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